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SC-10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KI-Anwendungsfall-Steckbrief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Von einer Idee zu Daten, Nutzenhypothese und kontrolliertem Ergebnis.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Arbeitsfassung mit erweitertem Schreibraum. Leere Felder bleiben offen; fehlende Daten oder Freigaben werden nicht ergänzt.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Fachlicher Kontext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Aufgabe: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Aufgabe:"/>
                <w:tag w:val="9bd5c27f5e597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Nutzer und betroffene Personen: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Nutzer und betroffene Personen:"/>
                <w:tag w:val="23f4ebb85071b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Bisheriger Vergleichsweg: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isheriger Vergleichsweg:"/>
                <w:tag w:val="e7381c204cdc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Erwarteter Nutzen: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Erwarteter Nutzen:"/>
                <w:tag w:val="a10b1c91fa1a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Ein- und Ausgabe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Freigegebene Daten / Quellen: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Freigegebene Daten / Quellen:"/>
                <w:tag w:val="d568a63f68f4a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Datenverantwortlicher: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Datenverantwortlicher:"/>
                <w:tag w:val="a39cb8af48224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Erlaubtes Ausgabeformat: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Erlaubtes Ausgabeformat:"/>
                <w:tag w:val="daab14f89d754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zulässige Ergänzungen oder Aktionen: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Nicht zulässige Ergänzungen oder Aktionen:"/>
                <w:tag w:val="1c8f1ab9c0dfe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Zugriffsgrenzen: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Zugriffsgrenzen:"/>
                <w:tag w:val="0719d58e51fd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Prüfung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Normalfälle: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Normalfälle:"/>
                <w:tag w:val="e567977c5ba2d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Grenzfälle: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Grenzfälle:"/>
                <w:tag w:val="cf19ec2d5ea2d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Kritische Fehler: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Kritische Fehler:"/>
                <w:tag w:val="6f7d612959a11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Wer kann das Ergebnis fachlich bewerten?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Wer kann das Ergebnis fachlich bewerten?"/>
                <w:tag w:val="9332f3f847ebf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Wann muss das System keine Antwort geben?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Wann muss das System keine Antwort geben?"/>
                <w:tag w:val="72f0ac697d094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Umsetzungsvoraussetzungen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Passendere einfache Alternative: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Passendere einfache Alternative:"/>
                <w:tag w:val="9228764ce5764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Technische Machbarkeit: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Technische Machbarkeit:"/>
                <w:tag w:val="2e0b7efb29c10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Datenschutz-/Sicherheitsfragen: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Offene Datenschutz-/Sicherheitsfragen:"/>
                <w:tag w:val="710309e559e66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Geschätzte einmalige und laufende Kosten: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Geschätzte einmalige und laufende Kosten:"/>
                <w:tag w:val="13c59b26a3e3a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Freigegebenes Testwerkzeug: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Freigegebenes Testwerkzeug:"/>
                <w:tag w:val="b02158a5f69f5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Weiter / klären / verwerfen: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Weiter / klären / verwerfen:"/>
                <w:tag w:val="d97a4c021a5d0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Begründung:"/>
                <w:tag w:val="db9006d2f054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Nächster Verantwortlicher: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Nächster Verantwortlicher:"/>
                <w:tag w:val="c9c43960b5af7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06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1020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73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183C30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SC-10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KI-Anwendungsfall-Steckbrief</dc:title>
  <dc:subject>Von einer Idee zu Daten, Nutzenhypothese und kontrolliertem Ergebnis.</dc:subject>
  <dc:creator>SEVAREL Consulting</dc:creator>
  <cp:keywords>KI, Software, Technologie, Arbeitsvorlage, KI-Anwendungsfall-Steckbrief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